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240" w:lineRule="auto"/>
        <w:jc w:val="right"/>
        <w:widowControl w:val="0"/>
      </w:pPr>
      <w:r>
        <w:rPr>
          <w:rFonts w:ascii="Times New Roman" w:hAnsi="Times New Roman" w:eastAsia="Times New Roman"/>
          <w:b/>
          <w:sz w:val="23"/>
        </w:rPr>
        <w:t>Приложение 3</w:t>
      </w:r>
    </w:p>
    <w:p>
      <w:pPr>
        <w:spacing w:before="0" w:after="40" w:line="240" w:lineRule="auto"/>
        <w:jc w:val="center"/>
        <w:widowControl w:val="0"/>
      </w:pPr>
      <w:r>
        <w:rPr>
          <w:rFonts w:ascii="Times New Roman" w:hAnsi="Times New Roman" w:eastAsia="Times New Roman"/>
          <w:b w:val="0"/>
          <w:sz w:val="26"/>
        </w:rPr>
        <w:t>СОГЛАСИЕ НА ОБРАБОТКУ ПЕРСОНАЛЬНЫХ ДАННЫХ</w:t>
      </w:r>
    </w:p>
    <w:p>
      <w:pPr>
        <w:spacing w:before="0" w:after="160" w:line="240" w:lineRule="auto"/>
        <w:jc w:val="center"/>
        <w:widowControl w:val="0"/>
      </w:pPr>
      <w:r>
        <w:rPr>
          <w:rFonts w:ascii="Times New Roman" w:hAnsi="Times New Roman" w:eastAsia="Times New Roman"/>
          <w:b w:val="0"/>
          <w:sz w:val="23"/>
        </w:rPr>
        <w:t>(включая изображения гражданина)</w:t>
      </w:r>
    </w:p>
    <w:p>
      <w:pPr>
        <w:spacing w:before="0" w:after="0" w:line="240" w:lineRule="auto"/>
        <w:widowControl w:val="0"/>
      </w:pPr>
      <w:r>
        <w:rPr>
          <w:rFonts w:ascii="Times New Roman" w:hAnsi="Times New Roman" w:eastAsia="Times New Roman"/>
          <w:b w:val="0"/>
          <w:sz w:val="23"/>
        </w:rPr>
        <w:t>Я, ____________________________________________________________________________,</w:t>
      </w:r>
    </w:p>
    <w:p>
      <w:pPr>
        <w:spacing w:before="0" w:after="0" w:line="240" w:lineRule="auto"/>
        <w:ind w:left="113"/>
        <w:widowControl w:val="0"/>
      </w:pPr>
      <w:r>
        <w:rPr>
          <w:rFonts w:ascii="Times New Roman" w:hAnsi="Times New Roman" w:eastAsia="Times New Roman"/>
          <w:b w:val="0"/>
          <w:sz w:val="23"/>
        </w:rPr>
        <w:t>(ФИО)</w:t>
      </w:r>
    </w:p>
    <w:p>
      <w:pPr>
        <w:spacing w:before="0" w:after="0" w:line="240" w:lineRule="auto"/>
        <w:widowControl w:val="0"/>
      </w:pPr>
      <w:r>
        <w:rPr>
          <w:rFonts w:ascii="Times New Roman" w:hAnsi="Times New Roman" w:eastAsia="Times New Roman"/>
          <w:b w:val="0"/>
          <w:sz w:val="23"/>
        </w:rPr>
        <w:t>паспорт __________________ выдан _____________________________________________</w:t>
      </w:r>
    </w:p>
    <w:p>
      <w:pPr>
        <w:spacing w:before="0" w:after="0" w:line="240" w:lineRule="auto"/>
        <w:widowControl w:val="0"/>
      </w:pPr>
      <w:r>
        <w:rPr>
          <w:rFonts w:ascii="Times New Roman" w:hAnsi="Times New Roman" w:eastAsia="Times New Roman"/>
          <w:b w:val="0"/>
          <w:sz w:val="23"/>
        </w:rPr>
        <w:t>__________________________, (серия, номер)</w:t>
      </w:r>
    </w:p>
    <w:p>
      <w:pPr>
        <w:spacing w:before="0" w:after="0" w:line="240" w:lineRule="auto"/>
        <w:widowControl w:val="0"/>
      </w:pPr>
      <w:r>
        <w:rPr>
          <w:rFonts w:ascii="Times New Roman" w:hAnsi="Times New Roman" w:eastAsia="Times New Roman"/>
          <w:b w:val="0"/>
          <w:sz w:val="23"/>
        </w:rPr>
        <w:t xml:space="preserve">                              (когда и кем выдан) адрес</w:t>
      </w:r>
    </w:p>
    <w:p>
      <w:pPr>
        <w:spacing w:before="0" w:after="0" w:line="240" w:lineRule="auto"/>
        <w:widowControl w:val="0"/>
      </w:pPr>
      <w:r>
        <w:rPr>
          <w:rFonts w:ascii="Times New Roman" w:hAnsi="Times New Roman" w:eastAsia="Times New Roman"/>
          <w:b w:val="0"/>
          <w:sz w:val="23"/>
        </w:rPr>
        <w:t>регистрации:___________________________________________________________________</w:t>
      </w:r>
    </w:p>
    <w:p>
      <w:pPr>
        <w:spacing w:before="0" w:after="80" w:line="240" w:lineRule="auto"/>
        <w:jc w:val="both"/>
        <w:widowControl w:val="0"/>
      </w:pPr>
      <w:r>
        <w:rPr>
          <w:rFonts w:ascii="Times New Roman" w:hAnsi="Times New Roman" w:eastAsia="Times New Roman"/>
          <w:b w:val="0"/>
          <w:sz w:val="23"/>
        </w:rPr>
        <w:t>, предоставляя цифровые копии фотографий и пояснительную информацию к ним для акции в рамках выставки «Русская свадьба» в Государственный музей-заповедник «Ростовский кремль», даю свое согласие на обработку моих персональных данных, в том числе моих изображений (фотографий), относящихся исключительно к перечисленным ниже категориям персональных данных: фамилия, имя, отчество; адрес, гражданство, изображение. Я даю согласие на использование персональных данных исключительно в целях подготовки и проведения выставки «Русская свадьба» и мероприятий в рамках выставки, а также на хранение данных об этих результатах на электронных носителях. Настоящее согласие предоставляется мной на:</w:t>
      </w:r>
    </w:p>
    <w:p>
      <w:pPr>
        <w:spacing w:before="0" w:after="80" w:line="240" w:lineRule="auto"/>
        <w:jc w:val="both"/>
        <w:widowControl w:val="0"/>
      </w:pPr>
      <w:r>
        <w:rPr>
          <w:rFonts w:ascii="Times New Roman" w:hAnsi="Times New Roman" w:eastAsia="Times New Roman"/>
          <w:b w:val="0"/>
          <w:sz w:val="23"/>
        </w:rPr>
        <w:t>-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pPr>
        <w:spacing w:before="0" w:after="100" w:line="240" w:lineRule="auto"/>
        <w:jc w:val="both"/>
        <w:widowControl w:val="0"/>
      </w:pPr>
      <w:r>
        <w:rPr>
          <w:rFonts w:ascii="Times New Roman" w:hAnsi="Times New Roman" w:eastAsia="Times New Roman"/>
          <w:b w:val="0"/>
          <w:sz w:val="23"/>
        </w:rPr>
        <w:t>- обнародование и в дальнейшем использование моих изображений полностью или фрагментарно: воспроизведение, распространение путем продажи или иного отчуждения оригиналов изображений или их экземпляров, осуществлять публичный показ, импортировать оригиналы или экземпляры изображений в целях распространения, предоставлять оригиналы или экземпляры изображений, сообщать в эфир и по кабелю, перерабатывать, доводить до всеобщего сведения. Я проинформирован, что Государственный музей-заповедник «Ростовский кремль»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Данное согласие действует до достижения целей обработки персональных данных или в течение срока хранения информации. Данное согласие может быть отозвано в любой момент по моему письменному заявлению.</w:t>
      </w:r>
    </w:p>
    <w:p>
      <w:pPr>
        <w:spacing w:before="0" w:after="240" w:line="240" w:lineRule="auto"/>
        <w:jc w:val="both"/>
        <w:widowControl w:val="0"/>
      </w:pPr>
      <w:r>
        <w:rPr>
          <w:rFonts w:ascii="Times New Roman" w:hAnsi="Times New Roman" w:eastAsia="Times New Roman"/>
          <w:b w:val="0"/>
          <w:sz w:val="23"/>
        </w:rPr>
        <w:t>Я подтверждаю, что, давая такое согласие, я действую по собственной воле и в своих интересах.</w:t>
      </w:r>
    </w:p>
    <w:tbl>
      <w:tblPr>
        <w:tblW w:type="auto" w:w="0"/>
        <w:jc w:val="center"/>
        <w:tblLayout w:type="fixed"/>
        <w:tblLook w:firstColumn="1" w:firstRow="1" w:lastColumn="0" w:lastRow="0" w:noHBand="0" w:noVBand="1" w:val="04A0"/>
      </w:tblPr>
      <w:tblGrid>
        <w:gridCol w:w="4195"/>
        <w:gridCol w:w="4422"/>
      </w:tblGrid>
      <w:tr>
        <w:tc>
          <w:tcPr>
            <w:tcW w:type="dxa" w:w="4195"/>
            <w:vAlign w:val="center"/>
            <w:tcBorders>
              <w:top w:val="nil"/>
              <w:left w:val="nil"/>
              <w:bottom w:val="nil"/>
              <w:right w:val="nil"/>
              <w:insideH w:val="nil"/>
              <w:insideV w:val="nil"/>
            </w:tcBorders>
          </w:tcPr>
          <w:p>
            <w:pPr>
              <w:spacing w:before="0" w:after="0" w:line="240" w:lineRule="auto"/>
              <w:jc w:val="left"/>
            </w:pPr>
            <w:r>
              <w:rPr>
                <w:rFonts w:ascii="Times New Roman" w:hAnsi="Times New Roman" w:eastAsia="Times New Roman"/>
                <w:b w:val="0"/>
                <w:sz w:val="23"/>
              </w:rPr>
            </w:r>
            <w:r>
              <w:rPr>
                <w:rFonts w:ascii="Times New Roman" w:hAnsi="Times New Roman" w:eastAsia="Times New Roman"/>
                <w:sz w:val="20"/>
              </w:rPr>
              <w:t>«____» _______________ 2026 г.</w:t>
            </w:r>
          </w:p>
        </w:tc>
        <w:tc>
          <w:tcPr>
            <w:tcW w:type="dxa" w:w="4422"/>
            <w:vAlign w:val="center"/>
            <w:tcBorders>
              <w:top w:val="nil"/>
              <w:left w:val="nil"/>
              <w:bottom w:val="nil"/>
              <w:right w:val="nil"/>
              <w:insideH w:val="nil"/>
              <w:insideV w:val="nil"/>
            </w:tcBorders>
          </w:tcPr>
          <w:p>
            <w:pPr>
              <w:spacing w:before="0" w:after="0" w:line="240" w:lineRule="auto"/>
              <w:jc w:val="right"/>
            </w:pPr>
            <w:r>
              <w:rPr>
                <w:rFonts w:ascii="Times New Roman" w:hAnsi="Times New Roman" w:eastAsia="Times New Roman"/>
                <w:b w:val="0"/>
                <w:sz w:val="23"/>
              </w:rPr>
            </w:r>
            <w:r>
              <w:rPr>
                <w:rFonts w:ascii="Times New Roman" w:hAnsi="Times New Roman" w:eastAsia="Times New Roman"/>
                <w:sz w:val="21"/>
              </w:rPr>
            </w:r>
            <w:r>
              <w:rPr>
                <w:rFonts w:ascii="Times New Roman" w:hAnsi="Times New Roman" w:eastAsia="Times New Roman"/>
                <w:sz w:val="20"/>
              </w:rPr>
              <w:t>________________/________________/</w:t>
            </w:r>
          </w:p>
        </w:tc>
      </w:tr>
    </w:tbl>
    <w:sectPr w:rsidR="00FC693F" w:rsidRPr="0006063C" w:rsidSect="00034616">
      <w:pgSz w:w="12240" w:h="15840"/>
      <w:pgMar w:top="822"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